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בנסיעה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על כבישים סביב הכנרת ושימוש בלשון ציווי בשלטי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זכות קדימה ובטיחות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אחראית כשדואגים לחבר או 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הדרכים סביב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צומת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לשון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להולכי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הפועל מופנה לקבוצת אנשים ומבקש לא לעשות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לספר למבוגר אחראי כדי לעזור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מבוגרים אחראים שיכולים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עצב קצר הוא תגובה טבעית, הסימן המדאיג הוא עצב ממושך או קיצוני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הכביש הראשי לאורך החוף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בציווי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תעקפו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הביטו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(לפנות למבוגר 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(תחושה טבעית וחולפת)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(זכות קדימה להולך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(לשון ציווי)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(עובר לאורך חוף הכנרת)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אמפתי כמו: שמתי לב שאתה עצוב, אני כאן אם תרצה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בלי שיפוט, לא להבטיח לשמור בסוד מוחלט, לפנות למבוגר אחראי כמו מחנך או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לבטיחות בדרך כמו חגורה או 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אמפתי ולא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תפקיד כמו יועצת או מחנך, לא שם פרטי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הטריוויה בכיתה בשתי קבוצות ולהשתמש בדף כהכנה או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בהבדל בין עצב טבעי לסימן מדאיג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שהמידע הגיאוגרפי מדויק ולא לנחש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בנסיעה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על הדרכים סביב הכנרת, שלטי דרכים בלשון ציווי, וגם איך נוהגים כשחברים צריכים עזרה או כשמשהו מדאיג אותנו.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על הדרכים סביב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כביש עובר לאורך חוף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הצומת שבו כביש 75 פוגש את כביש 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צומת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צומת מגידו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צומת ראם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צומת קסטינה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הכנרת נמצאת מעל או מתחת לפני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מתחת לפני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מעל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בגובה פני הים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לשון כתובים פעלי ציווי בשלטי 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זכות הקדימה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לאוטובוסים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אל תעקפו היא לשון ציווי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לשמור בסוד מידע מדאיג על חבר כדי לא לפגוע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הספר אפשר לפנות ליועצת או למחנך כשדואגים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עצב שנמשך יום אחד בעקבות אירוע הוא תמיד סימן מדאיג שדורש טיפול מיידי.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90 עובר לאורך חוף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 בציווי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השלט אומר: __________ לפני הצומת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השלט אומר: __________ ברמזור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השלט אומר: __________ מקום לרכב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השלט אומר: אל __________ בקו הרצוף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השלט אומר: __________ לפני חציית הכביש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מצב לתגובה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מספר סוד מדאיג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זכות קדימה להולך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עצב קל אחרי יום 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עובר לאורך חוף הכנרת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לשון ציווי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שלט עצרו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לפנות למבוגר אחראי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כביש 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תחושה טבעית וחולפת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תגידו לחבר או חברה שנראים עצובים?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שלושה צעדים שתעשו אם חבר או חברה מספרים לכם סוד מדאיג.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אחד שלכם כנוסעים שתיקחו לנסיעה הבאה?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תגידו לחבר שנראה עצוב – 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תפנו בבית הספר אם תדאגו לחבר?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בנסיעה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