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בנסיעה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על כבישים סביב הכנרת ושימוש בלשון ציווי בשלטי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זכות קדימה ובטיחות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אחראית כשדואגים לחבר או 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הדרכים סביב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לשון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הפועל מופנה לקבוצת אנשים ומבקש לא לעשות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לספר למבוגר אחראי כדי לעזור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מבוגרים אחראים שיכולים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בציווי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לתגובה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(לפנות למבוגר אחראי)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(תחושה טבעית וחולפת)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(זכות קדימה להולך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(לשון ציווי)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אמפתי כמו: שמתי לב שאתה עצוב, אני כאן אם תרצה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לבטיחות בדרך כמו חגורה או 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אמפתי ולא שיפוטי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תפקיד כמו יועצת או מחנך, לא שם פרטי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הטריוויה בכיתה בשתי קבוצות ולהשתמש בדף כהכנה או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בהבדל בין עצב טבעי לסימן מדאיג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שהמידע הגיאוגרפי מדויק ולא לנחש 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בנסיעה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על הדרכים סביב הכנרת, שלטי דרכים בלשון ציווי, וגם איך נוהגים כשחברים צריכים עזרה או כשמשהו מדאיג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האטו  ·  עצרו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 על הדרכים סביב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כביש עובר לאורך חוף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האם הכנרת נמצאת מעל או מתחת לפני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מתחת לפני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מעל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בגובה פני הים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לשון כתובים פעלי ציווי בשלטי 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לשון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לשון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לשון 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אל תעקפו היא לשון ציווי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לשמור בסוד מידע מדאיג על חבר כדי לא לפגוע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בבית הספר אפשר לפנות ליועצת או למחנך כשדואגים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הפועל בציווי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השלט אומר: __________ לפני הצומת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השלט אומר: __________ ברמזור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מצב לתגובה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 מספר סוד מדאיג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לשון ציווי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עצב קל אחרי יום רע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לפנות למבוגר אחראי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תחושה טבעית וחולפת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שלט עצרו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זכות קדימה להולך 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תגידו לחבר או חברה שנראים עצובים?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אחד שלכם כנוסעים שתיקחו לנסיעה הבאה?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תגידו לחבר שנראה עצוב – 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בטיחות בדרכים וחוסן בנסיעה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